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43B76" w14:textId="77777777" w:rsidR="002B1834" w:rsidRDefault="00FD6089">
      <w:pPr>
        <w:spacing w:after="100"/>
        <w:jc w:val="center"/>
      </w:pPr>
      <w:r>
        <w:rPr>
          <w:noProof/>
        </w:rPr>
        <w:drawing>
          <wp:inline distT="0" distB="0" distL="0" distR="0" wp14:anchorId="0CA2D1C2" wp14:editId="5D55B7BF">
            <wp:extent cx="4297680" cy="7235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e_logo_correc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723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28"/>
      </w:tblGrid>
      <w:tr w:rsidR="002B1834" w14:paraId="5FCB2298" w14:textId="77777777">
        <w:trPr>
          <w:jc w:val="center"/>
        </w:trPr>
        <w:tc>
          <w:tcPr>
            <w:tcW w:w="10728" w:type="dxa"/>
            <w:shd w:val="clear" w:color="auto" w:fill="990000"/>
          </w:tcPr>
          <w:p w14:paraId="0389FD68" w14:textId="77777777" w:rsidR="002B1834" w:rsidRDefault="002B1834"/>
        </w:tc>
      </w:tr>
    </w:tbl>
    <w:p w14:paraId="0EFB1AAE" w14:textId="77777777" w:rsidR="002B1834" w:rsidRDefault="00FD6089">
      <w:pPr>
        <w:spacing w:before="140" w:after="40"/>
        <w:jc w:val="center"/>
      </w:pPr>
      <w:r>
        <w:rPr>
          <w:b/>
          <w:color w:val="990000"/>
          <w:sz w:val="50"/>
        </w:rPr>
        <w:t>Spring 2026 Dean's List</w:t>
      </w:r>
    </w:p>
    <w:p w14:paraId="523B498B" w14:textId="77777777" w:rsidR="002B1834" w:rsidRDefault="00FD6089">
      <w:pPr>
        <w:spacing w:after="220"/>
        <w:jc w:val="center"/>
      </w:pPr>
      <w:r>
        <w:rPr>
          <w:b/>
          <w:color w:val="373737"/>
          <w:sz w:val="25"/>
        </w:rPr>
        <w:t>School of Education</w:t>
      </w:r>
    </w:p>
    <w:p w14:paraId="47814C83" w14:textId="77777777" w:rsidR="002B1834" w:rsidRDefault="00FD6089">
      <w:pPr>
        <w:spacing w:after="260"/>
        <w:jc w:val="center"/>
      </w:pPr>
      <w:r>
        <w:rPr>
          <w:i/>
          <w:color w:val="505050"/>
          <w:sz w:val="21"/>
        </w:rPr>
        <w:t>Congratulations to our students recognized for their academic achievement.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78"/>
        <w:gridCol w:w="2678"/>
        <w:gridCol w:w="2678"/>
        <w:gridCol w:w="2678"/>
      </w:tblGrid>
      <w:tr w:rsidR="002B1834" w14:paraId="32577430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6611076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A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4C154AA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F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7D9B069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M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5517DE4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S</w:t>
            </w:r>
          </w:p>
        </w:tc>
      </w:tr>
      <w:tr w:rsidR="002B1834" w14:paraId="3CD0CD2D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0111F8A" w14:textId="5710671C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Kamri </w:t>
            </w:r>
            <w:r>
              <w:rPr>
                <w:color w:val="232323"/>
                <w:sz w:val="22"/>
              </w:rPr>
              <w:t>Aguirre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BF3E3A0" w14:textId="2B507058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Madison </w:t>
            </w:r>
            <w:r>
              <w:rPr>
                <w:color w:val="232323"/>
                <w:sz w:val="22"/>
              </w:rPr>
              <w:t>Frost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6703995" w14:textId="44A345E4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Madison </w:t>
            </w:r>
            <w:r>
              <w:rPr>
                <w:color w:val="232323"/>
                <w:sz w:val="22"/>
              </w:rPr>
              <w:t>Malott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A5DD568" w14:textId="6E3A26F4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Lauryn </w:t>
            </w:r>
            <w:r>
              <w:rPr>
                <w:color w:val="232323"/>
                <w:sz w:val="22"/>
              </w:rPr>
              <w:t>Sherwood</w:t>
            </w:r>
          </w:p>
        </w:tc>
      </w:tr>
      <w:tr w:rsidR="002B1834" w14:paraId="2C93D696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15BFB62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B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0C7B5BF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G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8941D60" w14:textId="7777777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>Jillian Mann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537E688" w14:textId="2764A2E9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Grace </w:t>
            </w:r>
            <w:r>
              <w:rPr>
                <w:color w:val="232323"/>
                <w:sz w:val="22"/>
              </w:rPr>
              <w:t>Shoemaker</w:t>
            </w:r>
          </w:p>
        </w:tc>
      </w:tr>
      <w:tr w:rsidR="002B1834" w14:paraId="48E9CD6B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E9BF08A" w14:textId="7777777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>Deven Beaver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F67B2E0" w14:textId="43A164F6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Carla </w:t>
            </w:r>
            <w:r>
              <w:rPr>
                <w:color w:val="232323"/>
                <w:sz w:val="22"/>
              </w:rPr>
              <w:t>Gutierrez-Espinoza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84625EC" w14:textId="7777777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>Madison Martin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629B3F6" w14:textId="5ACA87EE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Jaleana </w:t>
            </w:r>
            <w:r>
              <w:rPr>
                <w:color w:val="232323"/>
                <w:sz w:val="22"/>
              </w:rPr>
              <w:t>Short</w:t>
            </w:r>
          </w:p>
        </w:tc>
      </w:tr>
      <w:tr w:rsidR="002B1834" w14:paraId="2B8D0615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C7A4EAC" w14:textId="38DCCD4F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Bailey </w:t>
            </w:r>
            <w:r>
              <w:rPr>
                <w:color w:val="232323"/>
                <w:sz w:val="22"/>
              </w:rPr>
              <w:t>Bell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B28FD4C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H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E89F3CC" w14:textId="7777777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>Aubrey Menting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D5AB2DF" w14:textId="26CD93A6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McKynze </w:t>
            </w:r>
            <w:r>
              <w:rPr>
                <w:color w:val="232323"/>
                <w:sz w:val="22"/>
              </w:rPr>
              <w:t>Sivits</w:t>
            </w:r>
          </w:p>
        </w:tc>
      </w:tr>
      <w:tr w:rsidR="002B1834" w14:paraId="0C3E31D3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C2F0AC6" w14:textId="09BD141D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Kylee </w:t>
            </w:r>
            <w:r>
              <w:rPr>
                <w:color w:val="232323"/>
                <w:sz w:val="22"/>
              </w:rPr>
              <w:t>Benninghoff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3BD4226" w14:textId="5736BCB8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Irissa </w:t>
            </w:r>
            <w:r>
              <w:rPr>
                <w:color w:val="232323"/>
                <w:sz w:val="22"/>
              </w:rPr>
              <w:t>Herrera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E9F54B7" w14:textId="46BD13A5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Reagan </w:t>
            </w:r>
            <w:r>
              <w:rPr>
                <w:color w:val="232323"/>
                <w:sz w:val="22"/>
              </w:rPr>
              <w:t>Miller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181D111" w14:textId="37A60725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Steven </w:t>
            </w:r>
            <w:r>
              <w:rPr>
                <w:color w:val="232323"/>
                <w:sz w:val="22"/>
              </w:rPr>
              <w:t>Smith</w:t>
            </w:r>
          </w:p>
        </w:tc>
      </w:tr>
      <w:tr w:rsidR="002B1834" w14:paraId="1FC7F828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90A2B6B" w14:textId="35B949CB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Quincy </w:t>
            </w:r>
            <w:r>
              <w:rPr>
                <w:color w:val="232323"/>
                <w:sz w:val="22"/>
              </w:rPr>
              <w:t>Blodgett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6307174" w14:textId="69F2B7DB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Hailey </w:t>
            </w:r>
            <w:r>
              <w:rPr>
                <w:color w:val="232323"/>
                <w:sz w:val="22"/>
              </w:rPr>
              <w:t>Hesch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B7D30DB" w14:textId="5EA77648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Mia </w:t>
            </w:r>
            <w:r>
              <w:rPr>
                <w:color w:val="232323"/>
                <w:sz w:val="22"/>
              </w:rPr>
              <w:t>Morrison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CC8007F" w14:textId="27E65BDE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Brisa </w:t>
            </w:r>
            <w:r>
              <w:rPr>
                <w:color w:val="232323"/>
                <w:sz w:val="22"/>
              </w:rPr>
              <w:t>Soto</w:t>
            </w:r>
          </w:p>
        </w:tc>
      </w:tr>
      <w:tr w:rsidR="002B1834" w14:paraId="6225F520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587DF49" w14:textId="7777777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>Bryce Blosser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88DDBAB" w14:textId="1F8444AC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Mariyah </w:t>
            </w:r>
            <w:r>
              <w:rPr>
                <w:color w:val="232323"/>
                <w:sz w:val="22"/>
              </w:rPr>
              <w:t>Higbee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5311B64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N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7F4B739" w14:textId="4B5F131D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Sarah </w:t>
            </w:r>
            <w:r>
              <w:rPr>
                <w:color w:val="232323"/>
                <w:sz w:val="22"/>
              </w:rPr>
              <w:t>Stachowski</w:t>
            </w:r>
          </w:p>
        </w:tc>
      </w:tr>
      <w:tr w:rsidR="002B1834" w14:paraId="7AC9FEAA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539AA49" w14:textId="54CF414E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Jacob </w:t>
            </w:r>
            <w:r>
              <w:rPr>
                <w:color w:val="232323"/>
                <w:sz w:val="22"/>
              </w:rPr>
              <w:t>Bowman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0468E4E" w14:textId="304B347B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Akeelah </w:t>
            </w:r>
            <w:r>
              <w:rPr>
                <w:color w:val="232323"/>
                <w:sz w:val="22"/>
              </w:rPr>
              <w:t>Hooks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DCE33BB" w14:textId="5971A416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Jacob </w:t>
            </w:r>
            <w:r>
              <w:rPr>
                <w:color w:val="232323"/>
                <w:sz w:val="22"/>
              </w:rPr>
              <w:t>Nava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AA36E44" w14:textId="196D139B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Madison </w:t>
            </w:r>
            <w:r>
              <w:rPr>
                <w:color w:val="232323"/>
                <w:sz w:val="22"/>
              </w:rPr>
              <w:t>Stark</w:t>
            </w:r>
          </w:p>
        </w:tc>
      </w:tr>
      <w:tr w:rsidR="002B1834" w14:paraId="7D8E513A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23BC967" w14:textId="7777777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>Jillian Bruckner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AAA41D2" w14:textId="50291CC9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Halle </w:t>
            </w:r>
            <w:r>
              <w:rPr>
                <w:color w:val="232323"/>
                <w:sz w:val="22"/>
              </w:rPr>
              <w:t>Hopple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0ABE11E" w14:textId="77B0CA76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Gage </w:t>
            </w:r>
            <w:r>
              <w:rPr>
                <w:color w:val="232323"/>
                <w:sz w:val="22"/>
              </w:rPr>
              <w:t>Nierzwicki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CE80ED8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T</w:t>
            </w:r>
          </w:p>
        </w:tc>
      </w:tr>
      <w:tr w:rsidR="002B1834" w14:paraId="6F2EF9B1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7CF1954" w14:textId="2E0922D5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Kathryn </w:t>
            </w:r>
            <w:r>
              <w:rPr>
                <w:color w:val="232323"/>
                <w:sz w:val="22"/>
              </w:rPr>
              <w:t>Buckley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F0B7DB6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J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6E292EC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O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D2B3F7A" w14:textId="7777777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>Ying Elizabeth Thompson</w:t>
            </w:r>
          </w:p>
        </w:tc>
      </w:tr>
      <w:tr w:rsidR="002B1834" w14:paraId="6B00955E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82DFB5A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C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71095DF" w14:textId="0C3E930D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Mary </w:t>
            </w:r>
            <w:r>
              <w:rPr>
                <w:color w:val="232323"/>
                <w:sz w:val="22"/>
              </w:rPr>
              <w:t>Japa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2524E52" w14:textId="5454155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Paytin </w:t>
            </w:r>
            <w:r>
              <w:rPr>
                <w:color w:val="232323"/>
                <w:sz w:val="22"/>
              </w:rPr>
              <w:t>O'Dell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A939679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U</w:t>
            </w:r>
          </w:p>
        </w:tc>
      </w:tr>
      <w:tr w:rsidR="002B1834" w14:paraId="747F54E9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06F2931" w14:textId="7777777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>Olivia Carney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38C01F6" w14:textId="579BFFA3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Susan </w:t>
            </w:r>
            <w:r>
              <w:rPr>
                <w:color w:val="232323"/>
                <w:sz w:val="22"/>
              </w:rPr>
              <w:t>Johnson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D3406F1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P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FFB3DD1" w14:textId="7BAB7FAA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Sophia </w:t>
            </w:r>
            <w:r>
              <w:rPr>
                <w:color w:val="232323"/>
                <w:sz w:val="22"/>
              </w:rPr>
              <w:t>Ullery</w:t>
            </w:r>
          </w:p>
        </w:tc>
      </w:tr>
      <w:tr w:rsidR="002B1834" w14:paraId="2B81E446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3E9749E" w14:textId="7777777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>Jessica Castillo Moreno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E2BA28C" w14:textId="355DB2B5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Joscelyn </w:t>
            </w:r>
            <w:r>
              <w:rPr>
                <w:color w:val="232323"/>
                <w:sz w:val="22"/>
              </w:rPr>
              <w:t>Jones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B07A3D6" w14:textId="38C389D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Adam </w:t>
            </w:r>
            <w:r>
              <w:rPr>
                <w:color w:val="232323"/>
                <w:sz w:val="22"/>
              </w:rPr>
              <w:t>Parrish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F250D73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V</w:t>
            </w:r>
          </w:p>
        </w:tc>
      </w:tr>
      <w:tr w:rsidR="002B1834" w14:paraId="4119CD3D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11F0FB2" w14:textId="5C8F8A8C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Bella </w:t>
            </w:r>
            <w:r>
              <w:rPr>
                <w:color w:val="232323"/>
                <w:sz w:val="22"/>
              </w:rPr>
              <w:t>Cooper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FA9F755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K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6823F4A" w14:textId="4EFB7C82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>Avery</w:t>
            </w:r>
            <w:r>
              <w:rPr>
                <w:color w:val="232323"/>
                <w:sz w:val="22"/>
              </w:rPr>
              <w:t xml:space="preserve"> Penrod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DC2B154" w14:textId="7D4D9ADC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Kaitlyn </w:t>
            </w:r>
            <w:r>
              <w:rPr>
                <w:color w:val="232323"/>
                <w:sz w:val="22"/>
              </w:rPr>
              <w:t>Vargo</w:t>
            </w:r>
          </w:p>
        </w:tc>
      </w:tr>
      <w:tr w:rsidR="002B1834" w14:paraId="4CC87E6A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5E38251" w14:textId="7777777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>Alexis Corwin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40B1925" w14:textId="669DA0E5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Kaley </w:t>
            </w:r>
            <w:r>
              <w:rPr>
                <w:color w:val="232323"/>
                <w:sz w:val="22"/>
              </w:rPr>
              <w:t>Kiefer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8D0715D" w14:textId="5797A2A6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Joshua </w:t>
            </w:r>
            <w:r>
              <w:rPr>
                <w:color w:val="232323"/>
                <w:sz w:val="22"/>
              </w:rPr>
              <w:t>Perez-Grahovac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F99DD37" w14:textId="7777777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>Kiersten Vaughan</w:t>
            </w:r>
          </w:p>
        </w:tc>
      </w:tr>
      <w:tr w:rsidR="002B1834" w14:paraId="7DBEBA33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2A69707" w14:textId="09C2FBB9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Kimberley </w:t>
            </w:r>
            <w:r>
              <w:rPr>
                <w:color w:val="232323"/>
                <w:sz w:val="22"/>
              </w:rPr>
              <w:t>Cossman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BFCBE50" w14:textId="7777777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>Taylor Kinney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A1DC393" w14:textId="183F9A09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Courtney </w:t>
            </w:r>
            <w:r>
              <w:rPr>
                <w:color w:val="232323"/>
                <w:sz w:val="22"/>
              </w:rPr>
              <w:t>Petrosky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2E4C74D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W</w:t>
            </w:r>
          </w:p>
        </w:tc>
      </w:tr>
      <w:tr w:rsidR="002B1834" w14:paraId="73F4E5C0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8FA1F94" w14:textId="7777777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>Alejandro Cuautle-Quintana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E9A3DB7" w14:textId="7777777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>Audra Kiszka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E3E843A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Q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F636A62" w14:textId="253ADEBD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Laura </w:t>
            </w:r>
            <w:r>
              <w:rPr>
                <w:color w:val="232323"/>
                <w:sz w:val="22"/>
              </w:rPr>
              <w:t>Wamser</w:t>
            </w:r>
          </w:p>
        </w:tc>
      </w:tr>
      <w:tr w:rsidR="002B1834" w14:paraId="65CB62E1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51EE0C7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D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CA1E6AB" w14:textId="4832548C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Brooklin </w:t>
            </w:r>
            <w:r>
              <w:rPr>
                <w:color w:val="232323"/>
                <w:sz w:val="22"/>
              </w:rPr>
              <w:t>Kline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A1B06B0" w14:textId="6F479AF6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Kierstyn </w:t>
            </w:r>
            <w:r>
              <w:rPr>
                <w:color w:val="232323"/>
                <w:sz w:val="22"/>
              </w:rPr>
              <w:t>Quimby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9DC5C3E" w14:textId="5E7FB30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Jessica </w:t>
            </w:r>
            <w:r>
              <w:rPr>
                <w:color w:val="232323"/>
                <w:sz w:val="22"/>
              </w:rPr>
              <w:t>Warren</w:t>
            </w:r>
          </w:p>
        </w:tc>
      </w:tr>
      <w:tr w:rsidR="002B1834" w14:paraId="2A9242E5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69D3FF5" w14:textId="7777777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>Emily Davis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9AB7B43" w14:textId="7E9CE644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Kamryn </w:t>
            </w:r>
            <w:r>
              <w:rPr>
                <w:color w:val="232323"/>
                <w:sz w:val="22"/>
              </w:rPr>
              <w:t>Kubik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2A48A56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R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D5BECA4" w14:textId="6404007D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Carlie </w:t>
            </w:r>
            <w:r>
              <w:rPr>
                <w:color w:val="232323"/>
                <w:sz w:val="22"/>
              </w:rPr>
              <w:t>Weaver</w:t>
            </w:r>
          </w:p>
        </w:tc>
      </w:tr>
      <w:tr w:rsidR="002B1834" w14:paraId="16A1BD42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81D1392" w14:textId="7777777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>Malayna Day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E84B3B7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L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3EF27A1" w14:textId="2910B559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Ava </w:t>
            </w:r>
            <w:r>
              <w:rPr>
                <w:color w:val="232323"/>
                <w:sz w:val="22"/>
              </w:rPr>
              <w:t>Raker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8D03582" w14:textId="0893994D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Avari </w:t>
            </w:r>
            <w:r>
              <w:rPr>
                <w:color w:val="232323"/>
                <w:sz w:val="22"/>
              </w:rPr>
              <w:t>Welty</w:t>
            </w:r>
          </w:p>
        </w:tc>
      </w:tr>
      <w:tr w:rsidR="002B1834" w14:paraId="34A3EEAF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5E63836" w14:textId="5B051D1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Calina </w:t>
            </w:r>
            <w:r>
              <w:rPr>
                <w:color w:val="232323"/>
                <w:sz w:val="22"/>
              </w:rPr>
              <w:t>Deutscher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C074209" w14:textId="643ABC81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Ava-Marie </w:t>
            </w:r>
            <w:r>
              <w:rPr>
                <w:color w:val="232323"/>
                <w:sz w:val="22"/>
              </w:rPr>
              <w:t>Ledesma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D7D4BFB" w14:textId="0109D30E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Isabel </w:t>
            </w:r>
            <w:r>
              <w:rPr>
                <w:color w:val="232323"/>
                <w:sz w:val="22"/>
              </w:rPr>
              <w:t>Ramirez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AD8A7A4" w14:textId="216CC2F1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Presley </w:t>
            </w:r>
            <w:r>
              <w:rPr>
                <w:color w:val="232323"/>
                <w:sz w:val="22"/>
              </w:rPr>
              <w:t>Whitaker</w:t>
            </w:r>
          </w:p>
        </w:tc>
      </w:tr>
      <w:tr w:rsidR="002B1834" w14:paraId="586F912D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0087A95" w14:textId="6E39E2AE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Zoe </w:t>
            </w:r>
            <w:r>
              <w:rPr>
                <w:color w:val="232323"/>
                <w:sz w:val="22"/>
              </w:rPr>
              <w:t>Dingus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05352CA" w14:textId="3C5EA02B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Magdalena </w:t>
            </w:r>
            <w:r>
              <w:rPr>
                <w:color w:val="232323"/>
                <w:sz w:val="22"/>
              </w:rPr>
              <w:t>Leland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79BCCC1" w14:textId="70F26AA4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Aubrey </w:t>
            </w:r>
            <w:r>
              <w:rPr>
                <w:color w:val="232323"/>
                <w:sz w:val="22"/>
              </w:rPr>
              <w:t>Rivera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F0AB285" w14:textId="647F5238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Bella </w:t>
            </w:r>
            <w:r>
              <w:rPr>
                <w:color w:val="232323"/>
                <w:sz w:val="22"/>
              </w:rPr>
              <w:t>Wisler</w:t>
            </w:r>
          </w:p>
        </w:tc>
      </w:tr>
      <w:tr w:rsidR="002B1834" w14:paraId="6F8F0EAB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B2144BD" w14:textId="3DBA198F" w:rsidR="002B1834" w:rsidRDefault="00FD6089">
            <w:pPr>
              <w:spacing w:after="36" w:line="259" w:lineRule="auto"/>
            </w:pPr>
            <w:proofErr w:type="spellStart"/>
            <w:r>
              <w:rPr>
                <w:color w:val="232323"/>
                <w:sz w:val="22"/>
              </w:rPr>
              <w:t>Bri'onna</w:t>
            </w:r>
            <w:proofErr w:type="spellEnd"/>
            <w:r>
              <w:rPr>
                <w:color w:val="232323"/>
                <w:sz w:val="22"/>
              </w:rPr>
              <w:t xml:space="preserve"> </w:t>
            </w:r>
            <w:r>
              <w:rPr>
                <w:color w:val="232323"/>
                <w:sz w:val="22"/>
              </w:rPr>
              <w:t>Dreiling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656D4E2" w14:textId="15335C6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Grace </w:t>
            </w:r>
            <w:r>
              <w:rPr>
                <w:color w:val="232323"/>
                <w:sz w:val="22"/>
              </w:rPr>
              <w:t>Lynch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C31D437" w14:textId="7777777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>Julia Rodabaugh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EA73451" w14:textId="77777777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>Kara Wright</w:t>
            </w:r>
          </w:p>
        </w:tc>
      </w:tr>
      <w:tr w:rsidR="002B1834" w14:paraId="5E47F9D5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E32B114" w14:textId="27734F9A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Amanda </w:t>
            </w:r>
            <w:r>
              <w:rPr>
                <w:color w:val="232323"/>
                <w:sz w:val="22"/>
              </w:rPr>
              <w:t>Duncan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9C028F3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M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BEFE691" w14:textId="49376B90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McKenzie </w:t>
            </w:r>
            <w:r>
              <w:rPr>
                <w:color w:val="232323"/>
                <w:sz w:val="22"/>
              </w:rPr>
              <w:t>Rust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D6D1EEA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Y</w:t>
            </w:r>
          </w:p>
        </w:tc>
      </w:tr>
      <w:tr w:rsidR="002B1834" w14:paraId="2F784E77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A483FEB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E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0C8BE31" w14:textId="0A73DE03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Julia </w:t>
            </w:r>
            <w:r>
              <w:rPr>
                <w:color w:val="232323"/>
                <w:sz w:val="22"/>
              </w:rPr>
              <w:t>Maina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0350A8A" w14:textId="77777777" w:rsidR="002B1834" w:rsidRDefault="00FD6089">
            <w:pPr>
              <w:spacing w:after="36" w:line="259" w:lineRule="auto"/>
            </w:pPr>
            <w:r>
              <w:rPr>
                <w:b/>
                <w:color w:val="990000"/>
                <w:sz w:val="24"/>
              </w:rPr>
              <w:t>S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DE1EE1C" w14:textId="2FCB55E0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Brayden </w:t>
            </w:r>
            <w:r>
              <w:rPr>
                <w:color w:val="232323"/>
                <w:sz w:val="22"/>
              </w:rPr>
              <w:t>Yates</w:t>
            </w:r>
          </w:p>
        </w:tc>
      </w:tr>
      <w:tr w:rsidR="002B1834" w14:paraId="35691B35" w14:textId="77777777" w:rsidTr="000C6AD9">
        <w:trPr>
          <w:trHeight w:val="288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566E61B" w14:textId="0DC199D2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Olivia </w:t>
            </w:r>
            <w:r>
              <w:rPr>
                <w:color w:val="232323"/>
                <w:sz w:val="22"/>
              </w:rPr>
              <w:t>Enyeart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79672AC" w14:textId="77777777" w:rsidR="002B1834" w:rsidRDefault="002B1834">
            <w:pPr>
              <w:spacing w:after="36" w:line="259" w:lineRule="auto"/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1BA1AA8" w14:textId="6E26413C" w:rsidR="002B1834" w:rsidRDefault="00FD6089">
            <w:pPr>
              <w:spacing w:after="36" w:line="259" w:lineRule="auto"/>
            </w:pPr>
            <w:r>
              <w:rPr>
                <w:color w:val="232323"/>
                <w:sz w:val="22"/>
              </w:rPr>
              <w:t xml:space="preserve">Amelia </w:t>
            </w:r>
            <w:r>
              <w:rPr>
                <w:color w:val="232323"/>
                <w:sz w:val="22"/>
              </w:rPr>
              <w:t>Schlimpert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B9D87A2" w14:textId="77777777" w:rsidR="002B1834" w:rsidRDefault="002B1834">
            <w:pPr>
              <w:spacing w:after="36" w:line="259" w:lineRule="auto"/>
            </w:pPr>
          </w:p>
        </w:tc>
      </w:tr>
    </w:tbl>
    <w:p w14:paraId="79621101" w14:textId="77777777" w:rsidR="00FD6089" w:rsidRDefault="00FD6089"/>
    <w:sectPr w:rsidR="00FD6089" w:rsidSect="00034616">
      <w:footerReference w:type="default" r:id="rId12"/>
      <w:pgSz w:w="12240" w:h="15840"/>
      <w:pgMar w:top="547" w:right="749" w:bottom="547" w:left="74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C624C" w14:textId="77777777" w:rsidR="00FD6089" w:rsidRDefault="00FD6089">
      <w:r>
        <w:separator/>
      </w:r>
    </w:p>
  </w:endnote>
  <w:endnote w:type="continuationSeparator" w:id="0">
    <w:p w14:paraId="69B25B41" w14:textId="77777777" w:rsidR="00FD6089" w:rsidRDefault="00FD6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FD43A" w14:textId="77777777" w:rsidR="002B1834" w:rsidRDefault="00FD6089">
    <w:pPr>
      <w:pStyle w:val="Footer"/>
      <w:jc w:val="center"/>
    </w:pPr>
    <w:r>
      <w:rPr>
        <w:color w:val="5F5F5F"/>
        <w:sz w:val="16"/>
      </w:rPr>
      <w:t>Indiana University South Bend   |   School of Education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B854C" w14:textId="77777777" w:rsidR="00FD6089" w:rsidRDefault="00FD6089">
      <w:r>
        <w:separator/>
      </w:r>
    </w:p>
  </w:footnote>
  <w:footnote w:type="continuationSeparator" w:id="0">
    <w:p w14:paraId="328C73BF" w14:textId="77777777" w:rsidR="00FD6089" w:rsidRDefault="00FD6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2665776">
    <w:abstractNumId w:val="8"/>
  </w:num>
  <w:num w:numId="2" w16cid:durableId="175584487">
    <w:abstractNumId w:val="6"/>
  </w:num>
  <w:num w:numId="3" w16cid:durableId="959997782">
    <w:abstractNumId w:val="5"/>
  </w:num>
  <w:num w:numId="4" w16cid:durableId="875510973">
    <w:abstractNumId w:val="4"/>
  </w:num>
  <w:num w:numId="5" w16cid:durableId="1396733588">
    <w:abstractNumId w:val="7"/>
  </w:num>
  <w:num w:numId="6" w16cid:durableId="1465193495">
    <w:abstractNumId w:val="3"/>
  </w:num>
  <w:num w:numId="7" w16cid:durableId="1157185891">
    <w:abstractNumId w:val="2"/>
  </w:num>
  <w:num w:numId="8" w16cid:durableId="1789349033">
    <w:abstractNumId w:val="1"/>
  </w:num>
  <w:num w:numId="9" w16cid:durableId="1495217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6AD9"/>
    <w:rsid w:val="0015074B"/>
    <w:rsid w:val="0029639D"/>
    <w:rsid w:val="002B1834"/>
    <w:rsid w:val="00326F90"/>
    <w:rsid w:val="00353BF3"/>
    <w:rsid w:val="003B4846"/>
    <w:rsid w:val="006F338C"/>
    <w:rsid w:val="00AA1D8D"/>
    <w:rsid w:val="00B47730"/>
    <w:rsid w:val="00CB0664"/>
    <w:rsid w:val="00FC693F"/>
    <w:rsid w:val="00FD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760DEF4-3F86-45E5-8054-4433FB1F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e74906-dcaf-4030-9880-a10f6802e9e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BFB002DCCBE449A9FAF55773181897" ma:contentTypeVersion="10" ma:contentTypeDescription="Create a new document." ma:contentTypeScope="" ma:versionID="e372b28308a0223f29a9163f488c5c1c">
  <xsd:schema xmlns:xsd="http://www.w3.org/2001/XMLSchema" xmlns:xs="http://www.w3.org/2001/XMLSchema" xmlns:p="http://schemas.microsoft.com/office/2006/metadata/properties" xmlns:ns2="cde74906-dcaf-4030-9880-a10f6802e9e1" targetNamespace="http://schemas.microsoft.com/office/2006/metadata/properties" ma:root="true" ma:fieldsID="06b357b2d7b59afc79d7b57794d3dae7" ns2:_="">
    <xsd:import namespace="cde74906-dcaf-4030-9880-a10f6802e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e74906-dcaf-4030-9880-a10f6802e9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eec0a79-46cb-4568-9b1b-2d720bd320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A38FC1-1ED0-4A50-BD5D-24078FA5F74A}">
  <ds:schemaRefs>
    <ds:schemaRef ds:uri="http://schemas.microsoft.com/office/2006/metadata/properties"/>
    <ds:schemaRef ds:uri="http://schemas.microsoft.com/office/infopath/2007/PartnerControls"/>
    <ds:schemaRef ds:uri="cde74906-dcaf-4030-9880-a10f6802e9e1"/>
  </ds:schemaRefs>
</ds:datastoreItem>
</file>

<file path=customXml/itemProps3.xml><?xml version="1.0" encoding="utf-8"?>
<ds:datastoreItem xmlns:ds="http://schemas.openxmlformats.org/officeDocument/2006/customXml" ds:itemID="{35A724F5-0C70-4306-A211-9AD0823CD3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597010-20BA-414B-B2ED-04CD2C713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e74906-dcaf-4030-9880-a10f6802e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Spring 2026 Dean's List</dc:title>
  <dc:subject>Indiana University South Bend School of Education</dc:subject>
  <dc:creator>python-docx</dc:creator>
  <cp:keywords/>
  <dc:description>generated by python-docx</dc:description>
  <cp:lastModifiedBy>Benjamin, Karen</cp:lastModifiedBy>
  <cp:revision>4</cp:revision>
  <dcterms:created xsi:type="dcterms:W3CDTF">2013-12-23T23:15:00Z</dcterms:created>
  <dcterms:modified xsi:type="dcterms:W3CDTF">2026-10-08T17:42:00Z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0x01010073BFB002DCCBE449A9FAF55773181897</vt:lpwstr>
  </property>
  <property fmtid="{D5CDD505-2E9C-101B-9397-08002B2CF9AE}" pid="3" name="MediaServiceImageTags">
    <vt:lpwstr/>
  </property>
</Properties>
</file>